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לטבריה – בטיחות, ציווי וחברות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חשובות של בטיחות בדרך ולהבין את הסיפור על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צורות הציווי עָצוֹר / עִצְרִי / עִצְרוּ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הצעדים לעזור לחבר או לחברה שדואגים לו/לה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זה דבר אמיץ לבקש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חוזרים על המילים, מצביעים ומשחקים בזיכרון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עוצרים ושואלים 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למבוגר אחראי כמו מורה או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ציווי: עצור, עצרי,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את הציווי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(אומרים לילד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(אומרים לילדה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(אומרים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בטוח לחצות בו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(סימן לעצור ולא לזוז)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מיקום ידוע של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עצרו הוא 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הצעד הראשון הוא לראות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בשיעור, כדי שכולם יבינו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בשיעור מסבירים שזה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שלחבר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כללי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משפטים בציווי רבים, קשורים לבטיחות בדרך, למשל חגרו חגורות, עצרו ברמזור, הביטו לפני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עצור/עצרי/עצרו - כל 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אחראי כמו מורה, הורה או יועצת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הציווי בעמידה, כשהתלמידים מזדקפים או עוצרים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מתחילים אפשר להסתפק בחלקי ההתאמה והנכון/לא נכון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מענה בשפת האם בחלקי החברות כדי לשמור על תחושת ביטחון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לטבריה – בטיחות, ציווי וחברות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של בטיחות בדרכים, נלמד להגיד עצור בשלוש צורות, ונכיר איך עוזרים לחבר טוב כשמשהו מדאיג אותנו.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אומרים שלהגיד קשה לי זה אומץ ולא חולשה?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דבר אמיץ לבקש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סימן שאתה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להגיד את זה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סוד שאסור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המילון המאויר?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מסתכלים בלי לגעת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על המילים, מצביעים ומשחקים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אותו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עליו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נוסעים בטקסט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בכל פסקה בזמן הקריאה האיטית?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ושואלים שאלה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כשדואגים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למבוגר אחראי כמו מורה או 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ציווי: עצור, עצרי,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כשפונים לילד אחד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כשפונים לילדה אחת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כשפונים לקבוצת ילדים אומרים: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שרואים ושואלים, צריך גם ל__________ לחבר שמספר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הצעד האחרון הוא לספר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את הציווי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אומרים לילדה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עצרו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בטוח לחצות בו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לעצור ולא לזוז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לילד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ליד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עצרו כשפונים לילד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בעזרה לחבר הוא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לענות בשיעור על חברות בשפת האם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קשה לי נחשב לחולשה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שלחבר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 בטיחות לנוסעים, בציווי רבים (למשל: חגרו חגורות!)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צורה אחת של הציווי עצור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הצעד הראשון כשרואים חבר עצוב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כשמשהו מדאיג אתכם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לטבריה – בטיחות, ציווי וחברות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