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לטבריה – בטיחות, ציווי וחברות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חשובות של בטיחות בדרך ולהבין את הסיפור על הנסיעה לטבריה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צורות הציווי עָצוֹר / עִצְרִי / עִצְרוּ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הצעדים לעזור לחבר או לחברה שדואגים לו/לה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זה דבר אמיץ לבקש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חוזרים על המילים, מצביעים ומשחקים בזיכרון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לטבריה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ציווי: עצור, עצרי,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את הציווי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(אומרים לילד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(אומרים לילדה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(אומרים לקבוצה)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בטוח לחצות בו את הכביש)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מיקום ידוע של העיר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עצרו הוא לשון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בשיעור, כדי שכולם יבינו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 שלחבר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מה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בתשומת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מספרים למבוגר 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כללי 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עצור/עצרי/עצרו - כל 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מבוגר אחראי כמו מורה, הורה או יועצת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הציווי בעמידה, כשהתלמידים מזדקפים או עוצרים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מתחילים אפשר להסתפק בחלקי ההתאמה והנכון/לא נכון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מענה בשפת האם בחלקי החברות כדי לשמור על תחושת ביטחון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לטבריה – בטיחות, ציווי וחברות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של בטיחות בדרכים, נלמד להגיד עצור בשלוש צורות, ונכיר איך עוזרים לחבר טוב כשמשהו מדאיג אותנו.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עצרי  ·  עצור  ·  עצרו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אומרים שלהגיד קשה לי זה אומץ ולא חולשה?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זה דבר אמיץ לבקש עזרה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זה סימן שאתה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אסור להגיד את זה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עם המילון המאויר?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מסתכלים בלי לגעת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חוזרים על המילים, מצביעים ומשחקים בזיכרון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זורקים אותו לפח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לאן נוסעים בטקסט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לטבריה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ציווי: עצור, עצרי, עצרו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כשפונים לילד אחד אומרים: __________!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כשפונים לילדה אחת אומרים: __________!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כשפונים לקבוצת ילדים אומרים: __________!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מתאימים את הציווי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בטוח לחצות בו את הכביש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עצרי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אומרים לילד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עצרו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אומרים לילדה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אומרים לקבוצה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טבריה נמצאת ליד הכנרת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עצרו כשפונים לילד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לענות בשיעור על חברות בשפת האם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מסדרים את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 מה 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מספרים למבוגר אחראי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רואים שלחבר קשה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מקשיבים בתשומת 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כללי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צורה אחת של הציווי עצור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הצעד הראשון כשרואים חבר עצוב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לטבריה – בטיחות, ציווי וחברות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